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מיון דמויות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מיון הדמויות: מיון דמויות מן היצירות ומסיפורים מוכרים לפי עגולה/שטוחה ודינמית/סטטית, עם הנמקה. מתאים לחזרה לפני מבחן או כפעילות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מורכבת, בעלת עולם פנימי ותכונות רבות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 היא דמות ש: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משתנה לאורך הסיפור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 ("המחרוזת") היא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עגולה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במדרש מתואר בקצרה אבל עובר מדאגה להבנה. לכן הוא דמות: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שטוחה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("הקמצן") הוא דמות טיפוסית שטוחה וסטטית – גם בסוף הוא דואג רק לתיבה.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 ב"כיפה אדומה" הוא דמות עגולה ודינמית.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הזאב הוא דמות שטוחה וסטטית – הרשע הערמומי, תכונה אחת ובלי שינוי.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סקרוג׳ ב"מזמור חג המולד" של צ׳רלס דיקנס הופך מקמצן זועף לאדם נדיב – ולכן הוא דמות דינמית.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מתואר בעיקר דרך תכונה אחת – מסירות – ונשאר כזה עד הסוף, ולכן הוא דמות שטוחה ו____.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סטטית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דמות: עגולה ודינמית, או שטוחה וסטטית?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 ודינמית: מטילדה לואזל، פינוקיו، סקרוג׳، הילדה החדשה בכיתה ("הספסל האחרון") | שטוחה וסטטית: גברת פורסטייה، פרוסין، ז׳אק، המכשפה הרעה באגדות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היצירה שבה היא מופיעה.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3–ה, 4–ד,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ההנמקה לסיווג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דמות אחת שמיינתם כ"עגולה ודינמית" והסבירו: איך היא בהתחלה, ואיך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 מטילדה: בהתחלה מפונקת וחולמנית, בסוף חרוצה וקשוחה אחרי עשר שנות עבודה. או פינוקיו: שובב ושקרן – הופך לילד אמיתי.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בקומדיה כמו "הקמצן" כמעט כל הדמויות שטוחות וסטטיות? הסבירו בעזרת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הגדלת תכונה אחת יוצרת צחוק וביקורת: הרפגון הקמצן, פרוסין החנפנית, ז׳אק הגלוי – כל אחד מזוהה מיד לפי תכונה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(7–9 שורות) שמשווה בין שתי דמויות: אחת עגולה ודינמית ואחת שטוחה וסטטית (מן היצירות שלמדנו או מסיפור שאתם מכירים). לכל דמות כתבו טענה, דוגמה והסבר, וסיימו במשפט: מה כל אחת מהן תורמת לסיפור?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סיווג נכון של שתי הדמויות; טענה+דוגמה+הסבר לכל דמות; משפט השוואה (מילות קישור: לעומת, ואילו, בדומה ל־); משפט סיכום על תרומת הדמויות;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למשל מטילדה – משתנה ממפונקת לחרוצה. 2. שטוחה/עגולה מתארת כמה מורכבת הדמות; סטטית/דינמית מתארת אם היא משתנה.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מיון דמויות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משחק מיון דמויות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ודמויות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דמות עגולה היא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שמופיעה רק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עם תכונה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מורכבת, בעלת עולם פנימי ותכונות רבות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שאינה מדברת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דמות דינמית היא דמות ש: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משתנה לאורך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אינה משתנה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מצחיקה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מטילדה לואזל ("המחרוזת") היא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עגולה וסטטית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רבי עקיבא במדרש מתואר בקצרה אבל עובר מדאגה להבנה. לכן הוא דמות: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עגולה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הרפגון ("הקמצן") הוא דמות טיפוסית שטוחה וסטטית – גם בסוף הוא דואג רק לתיבה.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הזאב ב"כיפה אדומה" הוא דמות עגולה ודינמית.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סקרוג׳ ב"מזמור חג המולד" של צ׳רלס דיקנס הופך מקמצן זועף לאדם נדיב – ולכן הוא דמות דינמית.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מר לואזל מתואר בעיקר דרך תכונה אחת – מסירות – ונשאר כזה עד הסוף, ולכן הוא דמות שטוחה ו_______________.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הדמויות לטבלה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דמות: עגולה ודינמית, או שטוחה וסטטית?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פינוקיו   ·   ז׳אק   ·   סקרוג׳   ·   המכשפה הרעה באגדות   ·   גברת פורסטייה   ·   הילדה החדשה בכיתה ("הספסל האחרון")   ·   פרוסין   ·   מטילדה לואזל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עגולה ודינמית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שטוחה וסטטית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הדמות לבין היצירה שבה היא מופיעה.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כיפה אדומה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הקמצן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פינוקיו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הרפתקאות פינוקיו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 והנחש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הדמות לבין ההנמקה לסיווג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תפקידו לתמוך בגיבור; תכונותיו קבועות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לומד מטעויותיו והופך לילד אמיתי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פינוקיו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מאופיינת בתכונה אחת – רגישות לזולת – ואינה משתנה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הנאמן של הגיבור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האוהב הערמומי שמעמיד פנים; אינו משתנה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דמות אחת שמיינתם כ"עגולה ודינמית" והסבירו: איך היא בהתחלה, ואיך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הנמקה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במשפטים מלאים: טענה + דוגמה +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למה בקומדיה כמו "הקמצן" כמעט כל הדמויות שטוחות וסטטיות? הסבירו בעזרת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(7–9 שורות) שמשווה בין שתי דמויות: אחת עגולה ודינמית ואחת שטוחה וסטטית (מן היצירות שלמדנו או מסיפור שאתם מכירים). לכל דמות כתבו טענה, דוגמה והסבר, וסיימו במשפט: מה כל אחת מהן תורמת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תנו דוגמה לדמות דינמית ונמקו במשפט.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ההבדל בין שטוחה לסטטית?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מיון דמויות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