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אמצעים אומנותיים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האמצעים האומנותיים: דימוי, האנשה, מטאפורה, חזרה, ניגוד, סמל, וגם הגזמה, אירוניה ואונומטופיאה. כל המשפטים מקוריים; בחלק ג׳ התלמידים והתלמידות מתרגלים זיהוי + ציטוט + הסבר של תרומת האמצעי.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"העננים רצו בשמיים כמו כבשים מבוהלות." – מה האמצעי המרכזי?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דימוי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"השמש חייכה אל הילדים." – מה האמצעי?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האנשה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"המורה שלנו היא מגדלור." – מה האמצעי?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מטאפורה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משפט לאמצעי שהוא מדגים.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דימוי: הכיתה הייתה שקטה כספרייה בחצות.، עיניו נצצו כשני כוכבים קטנים בחושך. | האנשה: הרוח צעקה בין העצים כל הלילה.، השעון על הקיר נאנח עם כל דקה שעברה. | מטאפורה: הכיתה היא כוורת רועשת. | חזרה: "לא אוותר, לא אוותר, לעולם לא אוותר!" | ניגוד: בחוץ סערה, ובחדר הקטן – שקט וחום. | סמל: הקשת שהופיעה אחרי הסערה – סימן להתחלה חדשה.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פרקו את הדימוי "הדאגה ישבה על כתפיה כמו תיק כבד": התאימו בין החלק לבין הדוגמה.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2–א, 3–ב,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תלמיד כתב: "יש כאן האנשה." מה חסר בתשובה שלו? כתבו תשובה מלאה על המשפט "הים ליטף בעדינות את החוף".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חסרים ציטוט והסבר של תרומת האמצעי. תשובה מלאה: יש האנשה – "הים ליטף" – לים ניתנה פעולה אנושית רכה; היא יוצרת תחושה של שלווה, עדינות וקרבה.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תיאור קצר (7–9 שורות) של מקום שאתם אוהבים – חצר, חדר, רחוב או חוף – ושלבו בו לפחות ארבעה אמצעים שונים: דימוי, האנשה, מטאפורה ועוד אחד לבחירתכם (ניגוד, חזרה, סמל או אונומטופיאה). סמנו ושיימו כל אמצעי.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ארבעה אמצעים שונים, משולבים באופן טבעי ומסומנים נכון; תיאור חושי עקבי של מקום אחד; האמצעים תורמים לאווירה;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בדימוי יש מילת השוואה (כמו, כ־), במטאפורה ההשוואה ישירה בלי מילת דימוי. 2. למשל: "העצים רקדו ברוח."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"אמצעים אומנותיים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🎨 אמצעים אומנותיים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זיהוי אמצעים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"העננים רצו בשמיים כמו כבשים מבוהלות." – מה האמצעי המרכזי?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סמל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"השמש חייכה אל הילדים." – מה האמצעי?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האנשה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ניגוד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"המורה שלנו היא מגדלור." – מה האמצעי?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מטאפורה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הגזמה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מיון ופירוק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מיינו לטבלה. חברו קו.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מיינו כל משפט לאמצעי שהוא מדגים.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הכיתה הייתה שקטה כספרייה בחצות.   ·   "לא אוותר, לא אוותר, לעולם לא אוותר!"   ·   בחוץ סערה, ובחדר הקטן – שקט וחום.   ·   הרוח צעקה בין העצים כל הלילה.   ·   הכיתה היא כוורת רועשת.   ·   השעון על הקיר נאנח עם כל דקה שעברה.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דימוי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האנשה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מטאפורה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חזרה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ניגוד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סמל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פרקו את הדימוי "הדאגה ישבה על כתפיה כמו תיק כבד": התאימו בין החלק לבין הדוגמה.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המדומה (מה שמתארים)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תיק כבד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המדמה (למה משווים)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כמו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מילת הדימוי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כבדות שקשה להוריד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המשותף לשניהם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הדאגה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הסבר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כתבו: איזה אמצעי? איפה? מה הוא מוסיף?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תלמיד כתב: "יש כאן האנשה." מה חסר בתשובה שלו? כתבו תשובה מלאה על המשפט "הים ליטף בעדינות את החוף".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תיאור קצר (7–9 שורות) של מקום שאתם אוהבים – חצר, חדר, רחוב או חוף – ושלבו בו לפחות ארבעה אמצעים שונים: דימוי, האנשה, מטאפורה ועוד אחד לבחירתכם (ניגוד, חזרה, סמל או אונומטופיאה). סמנו ושיימו כל אמצעי.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 ההבדל בין דימוי למטאפורה?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משפט אחד עם האנשה.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אמצעים אומנותיים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