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אמצעים אומנותיים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האמצעים האומנותיים: דימוי, האנשה, מטאפורה, חזרה, ניגוד, סמל, וגם הגזמה, אירוניה ואונומטופיאה. כל המשפטים מקוריים; בחלק ג׳ התלמידים והתלמידות מתרגלים זיהוי + ציטוט + הסבר של תרומת האמצעי.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כאן "כמו". מה האמצעי?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דימוי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השמש "מחייכת". מה האמצעי?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האנשה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"המורה היא מגדלור" – בלי "כמו". מה האמצעי?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מטאפורה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"הדלת חרקה: חייייק." – מה האמצעי?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אונומטופיאה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"אמרתי לך את זה מיליון פעמים!" – מה האמצעי?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הגזמה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בדימוי יש "כמו", במטאפורה אין.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"רגל של שולחן" היא דוגמה למטאפורה "מתה" – ביטוי יומיומי שכבר לא מרגישים בו את ההשוואה.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עשיר מול עני – זה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משפט לאמצעי הנכון.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דימוי: הכיתה הייתה שקטה כספרייה בחצות.، עיניו נצצו כשני כוכבים קטנים בחושך. | האנשה: הרוח צעקה בין העצים כל הלילה.، השעון על הקיר נאנח עם כל דקה שעברה. | מטאפורה: הכיתה היא כוורת רועשת. | חזרה: "לא אוותר, לא אוותר, לעולם לא אוותר!" | ניגוד: בחוץ סערה, ובחדר הקטן – שקט וחום. | סמל: הקשת שהופיעה אחרי הסערה – סימן להתחלה חדשה.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חלק בדימוי למילה.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2–ב, 3–ג,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הסמל המוכר לבין הרעיון שהוא מייצג.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2–ד, 3–א,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תשובה מלאה: אמצעי + ציטוט + הסבר. המשפט: "הים ליטף את החוף".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חסרים ציטוט והסבר של תרומת האמצעי. תשובה מלאה: יש האנשה – "הים ליטף" – לים ניתנה פעולה אנושית רכה; היא יוצרת תחושה של שלווה, עדינות וקרבה.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תארו מקום שאתם אוהבים. השתמשו ב־4 אמצעים וסמנו אותם.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ארבעה אמצעים שונים, משולבים באופן טבעי ומסומנים נכון; תיאור חושי עקבי של מקום אחד; האמצעים תורמים לאווירה;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בדימוי יש מילת השוואה (כמו, כ־), במטאפורה ההשוואה ישירה בלי מילת דימוי. 2. למשל: "העצים רקדו ברוח."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"אמצעים אומנותיים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🎨 אמצעים אומנותיים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השוואה עם מילת השוואה: כמו, כ־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simile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 לדבר שאינו אדם תכונה של אדם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personification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השוואה בלי מילת השוואה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metaphor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או משפט שחוזרים כדי להדגיש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repetition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דברים הפוכים זה ליד 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contrast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מוחשי שמייצג רעיון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symbol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הגזמה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 גדול הרבה יותר מן המציאות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exaggeration / hyperbole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פער בין מה שנראה למה שקורה באמת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irony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אונומטופיאה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שנשמעת כמו הצליל שהיא מתארת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onomatopoeia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מילת דימוי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שמשווה: כמו, כ־, כאילו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comparison word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זיהוי אמצעים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ניגוד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יש כאן "כמו". מה האמצעי?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אונומטופיאה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השמש "מחייכת". מה האמצעי?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חזרה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"המורה היא מגדלור" – בלי "כמו". מה האמצעי?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הגזמה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אונומטופיאה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"הדלת חרקה: חייייק." – מה האמצעי?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אונומטופיאה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ניגוד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"אמרתי לך את זה מיליון פעמים!" – מה האמצעי?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הגזמה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סמל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מטאפורה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בדימוי יש "כמו", במטאפורה אין.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"רגל של שולחן" היא דוגמה למטאפורה "מתה" – ביטוי יומיומי שכבר לא מרגישים בו את ההשוואה.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עשיר מול עני – זה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מיון ופירוק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לטבלה. חברו 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כל משפט לאמצעי הנכון.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הרוח צעקה בין העצים כל הלילה.   ·   בחוץ סערה, ובחדר הקטן – שקט וחום.   ·   עיניו נצצו כשני כוכבים קטנים בחושך.   ·   "לא אוותר, לא אוותר, לעולם לא אוותר!"   ·   הכיתה היא כוורת רועשת.   ·   השעון על הקיר נאנח עם כל דקה שעברה.   ·   הכיתה הייתה שקטה כספרייה בחצות.   ·   הקשת שהופיעה אחרי הסערה – סימן להתחלה חדשה.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דימוי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האנשה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מטאפורה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חזרה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ניגוד</w:t>
            </w:r>
          </w:p>
        </w:tc>
        <w:tc>
          <w:tcPr>
            <w:tcW w:type="dxa" w:w="1738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סמל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חברו כל חלק בדימוי למילה.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המדומה (מה שמתארים)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הדאגה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המדמה (למה משווים)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תיק כבד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מילת הדימוי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המשותף לשניהם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כבדות שקשה להוריד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התאימו בין הסמל המוכר לבין הרעיון שהוא מייצג.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התחלה חדשה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נר דולק בחושך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קשת אחרי סערה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דלת נעולה שחוזרת בסיפור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הסבר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כתבו: איזה אמצעי? איפה? מה הוא מוסיף?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תשובה מלאה: אמצעי + ציטוט + הסבר. המשפט: "הים ליטף את החוף".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תארו מקום שאתם אוהבים. השתמשו ב־4 אמצעים וסמנו אותם.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דימוי למטאפורה?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משפט אחד עם האנשה.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אמצעים אומנותיים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