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הומור וקומדיה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הומור וקומדיה: סוגי הומור, אמצעים קומיים (הגזמה, חזרה, אי־הבנה, היפוך, מצותתים, התנהגות מכנית), שלושה הסברים לצחוק ומולייר. רוב הדוגמאות הן מצבים ומשפטים מקוריים קצרים.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 דמויות מדברות על שני דברים שונים, וכל אחת חושבת שהן מסכימות. זהו: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אי־הבנה (קוויפרוקוו)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סוג הומור מבקר תופעה בחברה?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סאטירה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כלל, איך מסתיימת קומדיה?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בסוף טוב וחזרת הסדר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דוגמה לסוג ההומור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 מצבים: שני חברים מתחפשים לאותה דמות במסיבה, וכל אחד בטוח שהשני העתיק ממנו، מישהו נתקע במעלית עם התוכי של השכנה | הומור מילולי: "קניתי שעון חדש – עכשיו יש לי זמן" | אירוניה: "אני ממהר לשיעור על סבלנות!" | סאטירה: מנהל שמכריז שכולם שווים – ויושב לבדו על כורסה מוזהבת، חברה שמקימה ועדה לקיצור ישיבות – והוועדה נפגשת כל יום לשלוש שעות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הרגע הקומי לבין האמצעי.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3–א,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אחד משלושת ההסברים לצחוק (עליונות, פער, נוקשות) והסבירו אותו במילים שלכם, עם דוגמה מקורית.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נכונה מגדירה את ההסבר (עליונות – מרגישים מעל מי שטועה; פער – משהו לא מתאים לציפייה; נוקשות – התנהגות מכנית לא גמישה) ומביאה דוגמה מקורית מתאימה.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סצנה קומית קצרה (7–9 שורות) בין שתי דמויות – למשל מורה ותלמיד, שכנים או אחים – ושלבו בה לפחות שני אמצעים קומיים (הגזמה, חזרה, אי־הבנה, היפוך או מצותתים). סמנו כל אמצעי בשוליים.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צורת דיאלוג (שם הדובר לפני כל שורה); שני אמצעים קומיים לפחות, מסומנים ומזוהים נכון; רגע מצחיק ברור (פאנץ׳); הומור שאינו פוגע;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הומור חד שמבקר תופעה בחברה כדי לעורר מחשבה ושינוי. 2. תשובה אישית עם שם אמצעי ודוגמה.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דוגמאות מקוריות שנוספו בדף ("קניתי שעון חדש", ועדה לקיצור ישיבות, "חיכיתי בתור אלף שנה", המטאטא והמים) – לוודא שמתאימות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"הומור וקומדיה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😂 הומור וקומדיה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 ההומור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שתי דמויות מדברות על שני דברים שונים, וכל אחת חושבת שהן מסכימות. זהו: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היפוך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אי־הבנה (קוויפרוקוו)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הגזמה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איזה סוג הומור מבקר תופעה בחברה?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הומור מצבים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סאטירה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הומור מילולי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בדרך כלל, איך מסתיימת קומדיה?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במוות של הגיבור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בסוף טוב וחזרת הסדר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בלי 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מזהים את הצחוק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מיינו לטבלה.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מיינו כל דוגמה לסוג ההומור שלה.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"אני ממהר לשיעור על סבלנות!"   ·   חברה שמקימה ועדה לקיצור ישיבות – והוועדה נפגשת כל יום לשלוש שעות   ·   מנהל שמכריז שכולם שווים – ויושב לבדו על כורסה מוזהבת   ·   מישהו נתקע במעלית עם התוכי של השכנה   ·   שני חברים מתחפשים לאותה דמות במסיבה, וכל אחד בטוח שהשני העתיק ממנו   ·   "קניתי שעון חדש – עכשיו יש לי זמן"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הומור מצבים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הומור מילולי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אירוניה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סאטירה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הרגע הקומי לבין האמצעי.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בכל פעם שמזכירים כסף, אבא קופץ מהכיסא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הגזמה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"אני מודה, לקחתי אותו!" – "את הארנק?!" – "לא, את הכלב לטיול!"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היפוך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"חיכיתי בתור אלף שנה!"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אי־הבנה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הילד מחנך את ההורה איך להתנהג בשולחן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חזרה והתנהגות מכנית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הומור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וסמנו את האמצעים.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בחרו אחד משלושת ההסברים לצחוק (עליונות, פער, נוקשות) והסבירו אותו במילים שלכם, עם דוגמה מקורית.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סצנה קומית קצרה (7–9 שורות) בין שתי דמויות – למשל מורה ותלמיד, שכנים או אחים – ושלבו בה לפחות שני אמצעים קומיים (הגזמה, חזרה, אי־הבנה, היפוך או מצותתים). סמנו כל אמצעי בשוליים.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מהי סאטירה?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איזה אמצעי קומי הכי מצחיק אתכם,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הומור וקומדיה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