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הומור וקומדיה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הומור וקומדיה: סוגי הומור, אמצעים קומיים (הגזמה, חזרה, אי־הבנה, היפוך, מצותתים, התנהגות מכנית), שלושה הסברים לצחוק ומולייר. רוב הדוגמאות הן מצבים ומשפטים מקוריים קצרים.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אחד מדבר על דבר אחר. איך קוראים לזה?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אי־הבנה (קוויפרוקוו)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הומור מבקר את החברה?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סאטירה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"המשרת מלמד את האדון איך לנהל את הבית." – איזה אמצעי קומי?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היפוך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נגמרת קומדיה?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בסוף טוב וחזרת הסדר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צוחקים כשמשהו מפתיע ולא מתאים.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שמסתתרת מאחורי וילון ושומעת סוד היא דוגמה לאמצעי "היפוך".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האמצעי "אנשים מתחבאים ומצותתים" – הקהל יודע יותר מן הדמויות.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מולייר היה מחזאי ושחקן צרפתי, מגדולי כותבי הקומדיה.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קומדיה על דמות עם תכונה אחת – קומדיית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אופי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דוגמה לסוג ההומור.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הומור מצבים: שני חברים מתחפשים לאותה דמות במסיבה, וכל אחד בטוח שהשני העתיק ממנו، מישהו נתקע במעלית עם התוכי של השכנה | הומור מילולי: "קניתי שעון חדש – עכשיו יש לי זמן" | אירוניה: "אני ממהר לשיעור על סבלנות!" | סאטירה: מנהל שמכריז שכולם שווים – ויושב לבדו על כורסה מוזהבת، חברה שמקימה ועדה לקיצור ישיבות – והוועדה נפגשת כל יום לשלוש שעות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רגע מצחיק לאמצעי.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2–א, 3–ד, 4–ג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ההסבר לצחוק לבין הדוגמה.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1–ג, 2–א, 3–ב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הסבר אחד לצחוק. הסבירו ותנו דוגמה.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נכונה מגדירה את ההסבר (עליונות – מרגישים מעל מי שטועה; פער – משהו לא מתאים לציפייה; נוקשות – התנהגות מכנית לא גמישה) ומביאה דוגמה מקורית מתאימה.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שיחה מצחיקה בין שתי דמויות. השתמשו בשני אמצעים מצחיקים.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צורת דיאלוג (שם הדובר לפני כל שורה); שני אמצעים קומיים לפחות, מסומנים ומזוהים נכון; רגע מצחיק ברור (פאנץ׳); הומור שאינו פוגע;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הומור חד שמבקר תופעה בחברה כדי לעורר מחשבה ושינוי. 2. תשובה אישית עם שם אמצעי ודוגמה.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דוגמאות מקוריות שנוספו בדף ("קניתי שעון חדש", ועדה לקיצור ישיבות, "חיכיתי בתור אלף שנה", המטאטא והמים) – לוודא שמתאימות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"הומור וקומדיה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😂 הומור וקומדיה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הומור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שגורם לנו לצחוק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humour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קומדיה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מחזה מצחיק עם סוף טוב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comedy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סאטירה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ביקורת על אנשים או חברה בדרך של צחוק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satire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קומדיית אופי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קומדיה שבמרכזה דמות עם תכונה אחת שולטת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character comedy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אי־הבנה (קוויפרוקוו)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דמות מדברת על דבר אחר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misunderstanding (quid pro quo)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היפוך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התפקידים או המצב מתהפכים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reversal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הגזמה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תיאור גדול הרבה יותר מן המציאות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exaggeration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טיפוסית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שמייצגת תכונה אחת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stock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גרוטסקה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הגזמה קיצונית שמערבבת מצחיק ומבהיל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the grotesque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 ההומור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אופי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כל אחד מדבר על דבר אחר. איך קוראים לזה?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היפוך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אי־הבנה (קוויפרוקוו)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הגזמה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סאטירה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איזה הומור מבקר את החברה?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הומור מצבים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סאטירה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הומור מילולי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גרוטסקה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"המשרת מלמד את האדון איך לנהל את הבית." – איזה אמצעי קומי?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היפוך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מצותתים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הגזמה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איך נגמרת קומדיה?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במוות של הגיבור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בסוף טוב וחזרת הסדר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בלי 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בשאלה פתוחה תמיד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צוחקים כשמשהו מפתיע ולא מתאים.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דמות שמסתתרת מאחורי וילון ושומעת סוד היא דוגמה לאמצעי "היפוך".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מולייר היה מחזאי ושחקן צרפתי, מגדולי כותבי הקומדיה.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קומדיה על דמות עם תכונה אחת – קומדיית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מזהים את הצחוק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מיינו לטבלה. חברו 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 כל דוגמה לסוג ההומור.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"קניתי שעון חדש – עכשיו יש לי זמן"   ·   "אני ממהר לשיעור על סבלנות!"   ·   מנהל שמכריז שכולם שווים – ויושב לבדו על כורסה מוזהבת   ·   חברה שמקימה ועדה לקיצור ישיבות – והוועדה נפגשת כל יום לשלוש שעות   ·   שני חברים מתחפשים לאותה דמות במסיבה, וכל אחד בטוח שהשני העתיק ממנו   ·   מישהו נתקע במעלית עם התוכי של השכנה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הומור מצבים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הומור מילולי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אירוניה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סאטירה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חברו כל רגע מצחיק לאמצעי.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פעם שמזכירים כסף, אבא קופץ מהכיסא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אי־הבנה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"אני מודה, לקחתי אותו!" – "את הארנק?!" – "לא, את הכלב לטיול!"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חזרה והתנהגות מכנית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"חיכיתי בתור אלף שנה!"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היפוך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הילד מחנך את ההורה איך להתנהג בשולחן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הגזמה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התאימו בין ההסבר לצחוק לבין הדוגמה.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העליונות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פינגווין בחליפה מגיע לראיון עבודה בבנק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הפער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ממשיך לטאטא את הרצפה בזמן שהמים מציפים את הבית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הנוקשות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הקהל צוחק על דמות שלא רואה את מה שכולם רואים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הומור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וסמנו את האמצעים.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בחרו הסבר אחד לצחוק. הסבירו ותנו דוגמה.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שיחה מצחיקה בין שתי דמויות. השתמשו בשני אמצעים מצחיקים.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מהי סאטירה?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איזה אמצעי קומי הכי מצחיק אתכם,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הומור וקומדיה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