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הומור וקומדיה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הומור וקומדיה: סוגי הומור, אמצעים קומיים (הגזמה, חזרה, אי־הבנה, היפוך, מצותתים, התנהגות מכנית), שלושה הסברים לצחוק ומולייר. רוב הדוגמאות הן מצבים ומשפטים מקוריים קצרים.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 דמויות מדברות על שני דברים שונים, וכל אחת חושבת שהן מסכימות. זהו: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אי־הבנה (קוויפרוקוו)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סוג הומור מבקר תופעה בחברה?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סאטירה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"המשרת מלמד את האדון איך לנהל את הבית." – איזה אמצעי קומי?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היפוך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בדרך כלל, איך מסתיימת קומדיה?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בסוף טוב וחזרת הסדר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הסבר הפער, אנחנו צוחקים כשמשהו לא מתאים למה שציפינו.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שמסתתרת מאחורי וילון ושומעת סוד היא דוגמה לאמצעי "היפוך".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האמצעי "אנשים מתחבאים ומצותתים" – הקהל יודע יותר מן הדמויות.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מולייר היה מחזאי ושחקן צרפתי, מגדולי כותבי הקומדיה.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קומדיה שבמרכזה דמות שתכונה אחת שולטת בה נקראת קומדיית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דוגמה לסוג ההומור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הומור מצבים: שני חברים מתחפשים לאותה דמות במסיבה, וכל אחד בטוח שהשני העתיק ממנו، מישהו נתקע במעלית עם התוכי של השכנה | הומור מילולי: "קניתי שעון חדש – עכשיו יש לי זמן" | אירוניה: "אני ממהר לשיעור על סבלנות!" | סאטירה: מנהל שמכריז שכולם שווים – ויושב לבדו על כורסה מוזהבת، חברה שמקימה ועדה לקיצור ישיבות – והוועדה נפגשת כל יום לשלוש שעות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הרגע הקומי לבין האמצעי.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2–א, 3–ג,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ההסבר לצחוק לבין הדוגמה.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בקומדיה משתמשים הרבה בדמויות שטוחות? תנו דוגמה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הגדלת תכונה אחת יוצרת צחוק וביקורת; הדמות צפויה והקהל מחכה לתגובה שלה. דוגמה: הרפגון הקמצן.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אחד משלושת ההסברים לצחוק (עליונות, פער, נוקשות) והסבירו אותו במילים שלכם, עם דוגמה מקורית.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נכונה מגדירה את ההסבר (עליונות – מרגישים מעל מי שטועה; פער – משהו לא מתאים לציפייה; נוקשות – התנהגות מכנית לא גמישה) ומביאה דוגמה מקורית מתאימה.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סצנה קומית קצרה (7–9 שורות) בין שתי דמויות – למשל מורה ותלמיד, שכנים או אחים – ושלבו בה לפחות שני אמצעים קומיים (הגזמה, חזרה, אי־הבנה, היפוך או מצותתים). סמנו כל אמצעי בשוליים.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צורת דיאלוג (שם הדובר לפני כל שורה); שני אמצעים קומיים לפחות, מסומנים ומזוהים נכון; רגע מצחיק ברור (פאנץ׳); הומור שאינו פוגע;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הומור חד שמבקר תופעה בחברה כדי לעורר מחשבה ושינוי. 2. תשובה אישית עם שם אמצעי ודוגמה. 3. תשובה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דוגמאות מקוריות שנוספו בדף ("קניתי שעון חדש", ועדה לקיצור ישיבות, "חיכיתי בתור אלף שנה", המטאטא והמים) – לוודא שמתאימות לכיתה.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"הומור וקומדיה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😂 הומור וקומדיה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 ההומור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הנכונה, קבעו נכון/לא נכון והשלימו.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שתי דמויות מדברות על שני דברים שונים, וכל אחת חושבת שהן מסכימות. זהו: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היפוך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אי־הבנה (קוויפרוקוו)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הגזמה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סאטירה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סוג הומור מבקר תופעה בחברה?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הומור מצבים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סאטירה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הומור מילולי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גרוטסקה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"המשרת מלמד את האדון איך לנהל את הבית." – איזה אמצעי קומי?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היפוך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מצותתים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הגזמה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בדרך כלל, איך מסתיימת קומדיה?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במוות של הגיבור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בסוף טוב וחזרת הסדר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בלי 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בשאלה פתוחה תמיד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לפי הסבר הפער, אנחנו צוחקים כשמשהו לא מתאים למה שציפינו.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דמות שמסתתרת מאחורי וילון ושומעת סוד היא דוגמה לאמצעי "היפוך".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מולייר היה מחזאי ושחקן צרפתי, מגדולי כותבי הקומדיה.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קומדיה שבמרכזה דמות שתכונה אחת שולטת בה נקראת קומדיית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מזהים את הצחוק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והתאימו לפי ההוראה.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כל דוגמה לסוג ההומור שלה.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מנהל שמכריז שכולם שווים – ויושב לבדו על כורסה מוזהבת   ·   חברה שמקימה ועדה לקיצור ישיבות – והוועדה נפגשת כל יום לשלוש שעות   ·   שני חברים מתחפשים לאותה דמות במסיבה, וכל אחד בטוח שהשני העתיק ממנו   ·   "קניתי שעון חדש – עכשיו יש לי זמן"   ·   מישהו נתקע במעלית עם התוכי של השכנה   ·   "אני ממהר לשיעור על סבלנות!"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הומור מצבים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הומור מילולי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אירוניה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סאטירה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הרגע הקומי לבין האמצעי.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בכל פעם שמזכירים כסף, אבא קופץ מהכיסא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אי־הבנה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"אני מודה, לקחתי אותו!" – "את הארנק?!" – "לא, את הכלב לטיול!"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והתנהגות מכנית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"חיכיתי בתור אלף שנה!"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הגזמה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 מחנך את ההורה איך להתנהג בשולחן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היפוך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התאימו בין ההסבר לצחוק לבין הדוגמה.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העליונות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ממשיך לטאטא את הרצפה בזמן שהמים מציפים את הבית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הפער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הקהל צוחק על דמות שלא רואה את מה שכולם רואים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הנוקשות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פינגווין בחליפה מגיע לראיון עבודה בבנק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למה בקומדיה משתמשים הרבה בדמויות שטוחות? תנו דוגמה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הומור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לפי ההנחיות וסמנו את האמצעים.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בחרו אחד משלושת ההסברים לצחוק (עליונות, פער, נוקשות) והסבירו אותו במילים שלכם, עם דוגמה מקורית.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סצנה קומית קצרה (7–9 שורות) בין שתי דמויות – למשל מורה ותלמיד, שכנים או אחים – ושלבו בה לפחות שני אמצעים קומיים (הגזמה, חזרה, אי־הבנה, היפוך או מצותתים). סמנו כל אמצעי בשוליים.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מהי סאטירה?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אמצעי קומי הכי מצחיק אתכם,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הומור וקומדיה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